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1828800" cy="3962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9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Calibri" w:hAnsi="Calibri"/>
          <w:b/>
          <w:color w:val="D6A84B"/>
          <w:sz w:val="18"/>
        </w:rPr>
        <w:t>AUTORES</w:t>
      </w:r>
    </w:p>
    <w:p>
      <w:pPr>
        <w:spacing w:after="120"/>
        <w:jc w:val="center"/>
      </w:pPr>
      <w:r>
        <w:rPr>
          <w:rFonts w:ascii="Calibri" w:hAnsi="Calibri"/>
          <w:b/>
          <w:color w:val="12304A"/>
          <w:sz w:val="50"/>
        </w:rPr>
        <w:t>Plantilla del artículo científico</w:t>
      </w:r>
    </w:p>
    <w:p>
      <w:pPr>
        <w:spacing w:after="240"/>
        <w:jc w:val="center"/>
      </w:pPr>
      <w:r>
        <w:rPr>
          <w:rFonts w:ascii="Calibri" w:hAnsi="Calibri"/>
          <w:i/>
          <w:color w:val="667784"/>
          <w:sz w:val="21"/>
        </w:rPr>
        <w:t>Estructura editable para manuscritos originales, revisiones y estudios de caso</w:t>
      </w:r>
    </w:p>
    <w:p>
      <w:pPr>
        <w:spacing w:after="240"/>
        <w:pBdr>
          <w:bottom w:val="single" w:sz="18" w:space="1" w:color="168C8C"/>
        </w:pBdr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5F1E8"/>
          </w:tcPr>
          <w:p>
            <w:pPr>
              <w:spacing w:after="0"/>
            </w:pPr>
            <w:r>
              <w:rPr>
                <w:b/>
                <w:color w:val="12304A"/>
              </w:rPr>
              <w:t>Use esta plantilla para preparar el archivo principal. Elimine todas las instrucciones entre corchetes antes del envío.</w:t>
            </w:r>
          </w:p>
        </w:tc>
      </w:tr>
    </w:tbl>
    <w:p>
      <w:pPr>
        <w:spacing w:after="0"/>
      </w:pPr>
    </w:p>
    <w:p>
      <w:pPr>
        <w:pStyle w:val="Heading1"/>
      </w:pPr>
      <w:r>
        <w:t>Título del manuscrito en español</w:t>
      </w:r>
    </w:p>
    <w:p>
      <w:r>
        <w:t>[Claro, específico y fiel al contenido; evite abreviaturas innecesarias.]</w:t>
      </w:r>
    </w:p>
    <w:p>
      <w:pPr>
        <w:pStyle w:val="Heading2"/>
      </w:pPr>
      <w:r>
        <w:t>Title of the manuscript in English</w:t>
      </w:r>
    </w:p>
    <w:p>
      <w:r>
        <w:t>[Traducción académica equivalente al título en español.]</w:t>
      </w:r>
    </w:p>
    <w:p>
      <w:pPr>
        <w:pStyle w:val="Heading2"/>
      </w:pPr>
      <w:r>
        <w:t>Datos de autoría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1700"/>
        <w:gridCol w:w="2350"/>
        <w:gridCol w:w="1700"/>
        <w:gridCol w:w="1800"/>
        <w:gridCol w:w="1810"/>
      </w:tblGrid>
      <w:t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Autor/a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Afiliación institucional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ORCID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Correo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Contribución CRediT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completo]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[Institución, ciudad, país]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[0000-0000-0000-0000]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[correo]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[roles]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completo]</w:t>
            </w:r>
          </w:p>
        </w:tc>
        <w:tc>
          <w:tcPr>
            <w:tcW w:type="dxa" w:w="2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[Institución, ciudad, país]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[0000-0000-0000-0000]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[correo]</w:t>
            </w:r>
          </w:p>
        </w:tc>
        <w:tc>
          <w:tcPr>
            <w:tcW w:type="dxa" w:w="18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[roles]</w:t>
            </w:r>
          </w:p>
        </w:tc>
      </w:tr>
    </w:tbl>
    <w:p>
      <w:pPr>
        <w:spacing w:after="0"/>
      </w:pPr>
    </w:p>
    <w:p>
      <w:pPr>
        <w:pStyle w:val="Heading2"/>
      </w:pPr>
      <w:r>
        <w:t>Resumen</w:t>
      </w:r>
    </w:p>
    <w:p>
      <w:r>
        <w:t>[Entre 150 y 250 palabras. Exponga objetivo, método, resultados principales y conclusión. No incluya citas.]</w:t>
      </w:r>
    </w:p>
    <w:p>
      <w:pPr>
        <w:pStyle w:val="Heading3"/>
      </w:pPr>
      <w:r>
        <w:t>Palabras clave</w:t>
      </w:r>
    </w:p>
    <w:p>
      <w:r>
        <w:t>[Cinco a siete términos separados por punto y coma; use vocabularios controlados cuando corresponda.]</w:t>
      </w:r>
    </w:p>
    <w:p>
      <w:pPr>
        <w:pStyle w:val="Heading2"/>
      </w:pPr>
      <w:r>
        <w:t>Abstract</w:t>
      </w:r>
    </w:p>
    <w:p>
      <w:r>
        <w:t>[English version equivalent to the Spanish abstract.]</w:t>
      </w:r>
    </w:p>
    <w:p>
      <w:pPr>
        <w:pStyle w:val="Heading3"/>
      </w:pPr>
      <w:r>
        <w:t>Keywords</w:t>
      </w:r>
    </w:p>
    <w:p>
      <w:r>
        <w:t>[Five to seven keywords separated by semicolons.]</w:t>
      </w:r>
    </w:p>
    <w:p>
      <w:pPr>
        <w:pStyle w:val="Heading1"/>
      </w:pPr>
      <w:r>
        <w:t>1. Introducción</w:t>
      </w:r>
    </w:p>
    <w:p>
      <w:r>
        <w:t>[Delimite el problema, antecedentes, brecha de conocimiento, objetivo y contribución del estudio.]</w:t>
      </w:r>
    </w:p>
    <w:p>
      <w:pPr>
        <w:pStyle w:val="Heading1"/>
      </w:pPr>
      <w:r>
        <w:t>2. Marco teórico y antecedentes</w:t>
      </w:r>
    </w:p>
    <w:p>
      <w:r>
        <w:t>[Presente el fundamento conceptual y la literatura relevante con análisis crítico.]</w:t>
      </w:r>
    </w:p>
    <w:p>
      <w:pPr>
        <w:pStyle w:val="Heading1"/>
      </w:pPr>
      <w:r>
        <w:t>3. Metodología</w:t>
      </w:r>
    </w:p>
    <w:p>
      <w:r>
        <w:t>[Describa enfoque, diseño, participantes o fuentes, instrumentos, procedimiento, análisis, ética y limitaciones.]</w:t>
      </w:r>
    </w:p>
    <w:p>
      <w:pPr>
        <w:pStyle w:val="Heading1"/>
      </w:pPr>
      <w:r>
        <w:t>4. Resultados</w:t>
      </w:r>
    </w:p>
    <w:p>
      <w:r>
        <w:t>[Presente hallazgos de manera ordenada, sin duplicar en el texto toda la información de tablas y figuras.]</w:t>
      </w:r>
    </w:p>
    <w:p>
      <w:pPr>
        <w:pStyle w:val="Heading2"/>
      </w:pPr>
      <w:r>
        <w:t>Tabla 1. Título informativo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Variable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Resultado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Observación</w:t>
            </w:r>
          </w:p>
        </w:tc>
      </w:tr>
      <w:tr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[Dato]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[Dato]</w:t>
            </w:r>
          </w:p>
        </w:tc>
        <w:tc>
          <w:tcPr>
            <w:tcW w:type="dxa" w:w="312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[Dato]</w:t>
            </w:r>
          </w:p>
        </w:tc>
      </w:tr>
    </w:tbl>
    <w:p>
      <w:pPr>
        <w:spacing w:after="0"/>
      </w:pPr>
    </w:p>
    <w:p>
      <w:r>
        <w:t>Nota. Explique abreviaturas, fuentes o criterios necesarios. Las tablas deben ser editables.</w:t>
      </w:r>
    </w:p>
    <w:p>
      <w:pPr>
        <w:pStyle w:val="Heading1"/>
      </w:pPr>
      <w:r>
        <w:t>5. Discusión</w:t>
      </w:r>
    </w:p>
    <w:p>
      <w:r>
        <w:t>[Interprete los resultados, compárelos con la literatura, exponga implicaciones y límites.]</w:t>
      </w:r>
    </w:p>
    <w:p>
      <w:pPr>
        <w:pStyle w:val="Heading1"/>
      </w:pPr>
      <w:r>
        <w:t>6. Conclusiones</w:t>
      </w:r>
    </w:p>
    <w:p>
      <w:r>
        <w:t>[Responda al objetivo y señale aportes, aplicaciones y líneas futuras sin introducir resultados nuevos.]</w:t>
      </w:r>
    </w:p>
    <w:p>
      <w:pPr>
        <w:pStyle w:val="Heading1"/>
      </w:pPr>
      <w:r>
        <w:t>Declaraciones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600"/>
        <w:gridCol w:w="6760"/>
      </w:tblGrid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Declaración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Contenido que debe completarse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Autoría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Roles CRediT de cada autor/a.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Conflictos de interés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Declare la ausencia o describa el conflicto.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Financiamiento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Entidad, proyecto y código; o ausencia de financiamiento.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Datos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Disponibilidad, repositorio, identificador y condiciones de acceso.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Ética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Aprobación, comité y código cuando corresponda.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Uso de IA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Herramienta, finalidad, alcance y verificación humana; o declaración de no uso.</w:t>
            </w:r>
          </w:p>
        </w:tc>
      </w:tr>
    </w:tbl>
    <w:p>
      <w:pPr>
        <w:spacing w:after="0"/>
      </w:pPr>
    </w:p>
    <w:p>
      <w:pPr>
        <w:pStyle w:val="Heading1"/>
      </w:pPr>
      <w:r>
        <w:t>Referencias</w:t>
      </w:r>
    </w:p>
    <w:p>
      <w:r>
        <w:t>[Incluya solo fuentes citadas. Aplique APA 7.ª edición y añada DOI o URL persistente cuando exista.]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5F1E8"/>
          </w:tcPr>
          <w:p>
            <w:pPr>
              <w:spacing w:after="0"/>
            </w:pPr>
            <w:r>
              <w:rPr>
                <w:b/>
                <w:color w:val="12304A"/>
              </w:rPr>
              <w:t>Antes de enviar: retire nombres del archivo anónimo, acepte la lista de comprobación y adjunte las declaraciones requeridas.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3313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del artículo científico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