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AUTORES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Carta de presentación del manuscrito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 Latinoamericana de Participación Ciudadana y Gobernanza (RLPCG)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 editora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Asesores Educativos S.A.S.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Sitio oficial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https://rlpcg.org/index.php/rlpcg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 editorial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rlpcg@editorial.asesoreseducativos-ec.com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000"/>
        <w:gridCol w:w="6360"/>
      </w:tblGrid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Respuesta del autor/a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 del manuscrito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[completar]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Tipo de contribución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[investigación / revisión / estudio de caso / otra]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[nombre, correo, ORCID]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Autores/as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[nombres completos y afiliaciones]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Área temática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[línea de interés de RLPCG]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Archivos adjuntos</w:t>
            </w:r>
          </w:p>
        </w:tc>
        <w:tc>
          <w:tcPr>
            <w:tcW w:type="dxa" w:w="6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[manuscrito anónimo, declaraciones, datos u otros]</w:t>
            </w:r>
          </w:p>
        </w:tc>
      </w:tr>
    </w:tbl>
    <w:p>
      <w:pPr>
        <w:spacing w:after="0"/>
      </w:pPr>
    </w:p>
    <w:p>
      <w:pPr>
        <w:pStyle w:val="Heading1"/>
      </w:pPr>
      <w:r>
        <w:t>Declaración dirigida al Editor/a en Jefe</w:t>
      </w:r>
    </w:p>
    <w:p>
      <w:r>
        <w:t>Por medio de la presente sometemos el manuscrito identificado arriba a consideración de la RLPCG. Confirmamos que el trabajo es original, no ha sido publicado y no se encuentra simultáneamente en evaluación por otra revista.</w:t>
      </w:r>
    </w:p>
    <w:p>
      <w:r>
        <w:t>Todas las personas incluidas como autoras aprobaron la versión enviada, cumplen criterios de autoría, conocen las políticas de la revista y aceptan responder por la integridad del trabajo.</w:t>
      </w:r>
    </w:p>
    <w:p>
      <w:pPr>
        <w:pStyle w:val="ListBullet"/>
      </w:pPr>
      <w:r>
        <w:t>Se han revelado los conflictos de interés y las fuentes de financiamiento.</w:t>
      </w:r>
    </w:p>
    <w:p>
      <w:pPr>
        <w:pStyle w:val="ListBullet"/>
      </w:pPr>
      <w:r>
        <w:t>Se cuenta con las autorizaciones éticas y permisos necesarios, cuando corresponde.</w:t>
      </w:r>
    </w:p>
    <w:p>
      <w:pPr>
        <w:pStyle w:val="ListBullet"/>
      </w:pPr>
      <w:r>
        <w:t>Se informó cualquier uso de inteligencia artificial generativa y se verificó humanamente todo contenido asistido.</w:t>
      </w:r>
    </w:p>
    <w:p>
      <w:pPr>
        <w:pStyle w:val="ListBullet"/>
      </w:pPr>
      <w:r>
        <w:t>Los datos y materiales se describen conforme a las condiciones éticas y legales aplicables.</w:t>
      </w:r>
    </w:p>
    <w:p>
      <w:pPr>
        <w:pStyle w:val="Heading2"/>
      </w:pPr>
      <w:r>
        <w:t>Aporte y pertinencia</w:t>
      </w:r>
    </w:p>
    <w:p>
      <w:r>
        <w:t>[Explique en 100 a 150 palabras la contribución original y su relación con el alcance de RLPCG.]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presentación del manuscrito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