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REVISORES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Formulario de aceptación y declaración del revisor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Respuesta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Nombre completo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[completar]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Afiliación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[institución, país]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ORCID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[identificador]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[correo institucional]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Áreas de especialidad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[palabras clave]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 del 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</w:tbl>
    <w:p>
      <w:pPr>
        <w:spacing w:after="0"/>
      </w:pPr>
    </w:p>
    <w:p>
      <w:pPr>
        <w:pStyle w:val="Heading1"/>
      </w:pPr>
      <w:r>
        <w:t>Disponibilidad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7600"/>
        <w:gridCol w:w="1760"/>
      </w:tblGrid>
      <w:tr>
        <w:tc>
          <w:tcPr>
            <w:tcW w:type="dxa" w:w="7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Opción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Marque</w:t>
            </w:r>
          </w:p>
        </w:tc>
      </w:tr>
      <w:tr>
        <w:tc>
          <w:tcPr>
            <w:tcW w:type="dxa" w:w="7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Acepto revisar dentro del plazo indicado.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7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Declino la invitación.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  <w:tr>
        <w:tc>
          <w:tcPr>
            <w:tcW w:type="dxa" w:w="7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Solicito un plazo distinto: [fecha].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☐</w:t>
            </w:r>
          </w:p>
        </w:tc>
      </w:tr>
    </w:tbl>
    <w:p>
      <w:pPr>
        <w:spacing w:after="0"/>
      </w:pPr>
    </w:p>
    <w:p>
      <w:pPr>
        <w:pStyle w:val="Heading1"/>
      </w:pPr>
      <w:r>
        <w:t>Declaraciones</w:t>
      </w:r>
    </w:p>
    <w:p>
      <w:pPr>
        <w:pStyle w:val="ListBullet"/>
      </w:pPr>
      <w:r>
        <w:t>Poseo la competencia necesaria para evaluar el manuscrito.</w:t>
      </w:r>
    </w:p>
    <w:p>
      <w:pPr>
        <w:pStyle w:val="ListBullet"/>
      </w:pPr>
      <w:r>
        <w:t>No existe conflicto de interés que comprometa o parezca comprometer mi imparcialidad; si existe, lo describo abajo.</w:t>
      </w:r>
    </w:p>
    <w:p>
      <w:pPr>
        <w:pStyle w:val="ListBullet"/>
      </w:pPr>
      <w:r>
        <w:t>Mantendré confidencialidad y no usaré el contenido inédito.</w:t>
      </w:r>
    </w:p>
    <w:p>
      <w:pPr>
        <w:pStyle w:val="ListBullet"/>
      </w:pPr>
      <w:r>
        <w:t>No cargaré el manuscrito en herramientas externas o de IA no autorizadas.</w:t>
      </w:r>
    </w:p>
    <w:p>
      <w:pPr>
        <w:pStyle w:val="ListBullet"/>
      </w:pPr>
      <w:r>
        <w:t>Emitiré una evaluación respetuosa, fundamentada y oportuna.</w:t>
      </w:r>
    </w:p>
    <w:p>
      <w:pPr>
        <w:pStyle w:val="Heading2"/>
      </w:pPr>
      <w:r>
        <w:t>Conflictos, limitaciones o comentarios</w:t>
      </w:r>
    </w:p>
    <w:p>
      <w:r>
        <w:t>[Describir o declarar expresamente: No tengo conflictos de interés.]</w:t>
        <w:br/>
        <w:br/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aceptación y declaración del revisor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